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وروبي من منظور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نكا سينوب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ور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