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المهجر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صابر عبد الدايم/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المهجر/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