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أرض الرجال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أنطوان دي سانت إكزوبيري/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عويدات للنشر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9789953281087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