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وأجوبة في السيميائية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فزاري/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السيميائية/ السرد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