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علم لغة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سعيد حسن بحيري/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زهراء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اللغة/ اللغة/ الإحالة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