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الإفصاح في فقه اللغة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حسين يوسف موسى/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الفكر العربي/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9771030958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المعاجم/ فقه اللغة العربية/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