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اللسانيات : الدرس الصوتي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جيلالي بن يشو/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المماثلة/ المخالفة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