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مختلف للأدب العالمي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محمود/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الأدب/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