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الإبداعية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المقارن/ الإبداع في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