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اللغة الربط بين اللغة والفكر والصوت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أبوالسعود أحمد الفخراني/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اللغة/ الأصوات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