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التنظير المعجمي والتنمية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حمائز/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المعجم/ التنمية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