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الجلد المسحور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أنطونيوس/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عويدات للنشر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9789953281032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