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السؤال والجواب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عز الدين إسماعيل/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