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خليل مطران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أحمد عبد المعطي حجازى/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المجلس الأعلى للثقافة/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171ص.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800585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الشعر العربي/ العصر الحديث/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