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أدبية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د.محمد غنيمي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المقارن/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