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العروض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الأوزان الشعرية/ الزحاف/ التعبير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