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ونماذج في مذاهب الشعر ونقده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