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والاشتقاق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المعطى جاب الله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