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الرومانتيكية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6221133308359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المذاهب الأدبية/ الرومانتيكية/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