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الشعر ... صورة العالم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مفرح 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