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الأدب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صابر عبد الدايم/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الأدب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