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أصول فقه اللغة اللهجات والتعريب والازدواج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أبوالسعود أحمد الفخراني/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اللهجات/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