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سابق بن عبد الله البرب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بدر ض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ا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