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غرام سوان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مارسيل بروست/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عويدات للنشر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9789953281056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الروايات العالمية/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