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الترجمة والتنوع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محمود أمين عبد ربه/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