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الاعلام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العزيز شرف/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9789771604549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الإعلام/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