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عبقري اللغويين : أبو الفتح عثمان بن جني 321ه - 392ه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الغفار حامد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الأصوات اللغوية/ النحو/ اللهجات/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