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المفصل في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أنطونيوس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الأضداد/ 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