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رجمة الفورية الموضوعي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3696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