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الامثال المقارنة : انكليزي - 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تيسير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030127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