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وعلم اللغة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المعطي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