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والفعل الكلامي والإتصالي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زيبيله كريمر/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زهراء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