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 : اللغة والكلام من التفريط الى الافراط النسقي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د.مختار لزعر/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الأصوات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