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كيفيات تلقي الشعر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21*19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