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اللسانيات النسبية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الأوراغي/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9789953874722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اللغوي/ الثقافة اللسانية/ النظريات اللسانية/ توقعات النحاة/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