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في التحكيم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عيسى الوريك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ز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هجات/ اللغة العامية/ المعا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