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الهروب الى المجهول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محمود منسي/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800733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القصة/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