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جدور الحضارة الإسلامية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خلف عبد الجواد/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الحضارة الإسلامية/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