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عملية الاتصال الدعوي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الاتصال/ طرق البحث/ الدعوة/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