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مناهج البحث في اللسانيات وعلم المعجم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د. عبد الغفار هلال/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الكتاب الحديث/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924ص.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800715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اللغات/ طرق البحث/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28/05/2026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