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الدعوة عند أنبياء الله : نبي الله نوح - وإبراهيم - ويوسف - وموسى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الدعوة/ الأنبياء/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