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البحث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سليمان ياقوت/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مناهج البحث/ البحث اللغوي/ التفكير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