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دراسات الأدب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أمينة فزازي/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الشعبي/ الحكاية الشعبية/ الأمثال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