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لعلم الإدارة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محمود شحماط/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9789947262474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