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واء زكي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اقتصاد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