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الاعلان : دراسة ادارية تطبيقية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عبده حافظ/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السحاب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977619057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الادارة/ الاعلان/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