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في الجناح الغربي من دار الإسلام وخاصة بافريقية ( القرن 1ه - القرن 8ه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سويسي/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9789973372383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الجناح الغربي/ دار الإسلام/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