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تغيرات سعر الصرف وتأثيره على تنافسية المؤسسات الإقتصادية الجزائرية دراسة مقارنة بين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شرقي سارة/ ،زواري فرحات سليمان(مشرفاومقررا)،قرين الربيع(زئيسا)،سنوسي أسامة(مناقشا)/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العملة/ الرقابة/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