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الترويجي على سلوك المستهلك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عبلة/ ،برني ميلود (رئيسا) ,بوزاهر صونية(مناقشا),عقبة قطاف(مشرفا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