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محاولة تطوير نموذج لتقييم المشاريع الاستثمارية باستخدام برنامج excel دراسة حالة مصلحة المرافقة للوكالة الوطنية لدعم تشغيل الشبابansej وكالة فرع ميلةj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قمري/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الربحية/ الجدوى/ التدفقات/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